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זְכוּת יש אַחְרָיוּת שהולכת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זכויות ואחריות מהחיים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האחריות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להקשיב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לשטוף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לזרוק אשפה לפח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לא לפתוח תיק של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לשתף אחרים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למדנו בדף - זכות ואחריות הולכות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לזכות לשחק יש אחריות לשתף אחרים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האחריות היא לכבד גם כל ילד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שומרים על הסביבה נקייה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 - האחריות היא לא לפתוח תיק של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(אַחְרָיוּת לְהַקְשִׁיב גַּם לַאֲחֵרִים)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(אַחְרָיוּת לֹא לִפְגֹּעַ בַּאֲחֵרִים)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(אַחְרָיוּת לִזְרֹק אַשְׁפָּה לַפַּח)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(אַחְרָיוּת לְהַקְשִׁיב בַּשִּׁעוּר)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(אַחְרָיוּת לִשְׁטֹף יָדַיִם)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ח (אַחְרָיוּת לְכַבֵּד כָּל יֶלֶד)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 – ה (אַחְרָיוּת לֹא לִפְתֹּחַ תִּיק שֶׁל חָבֵר)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 – ז (אַחְרָיוּת לְשַׁתֵּף אֲחֵרִים בַּמִּשְׂחָק)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זכות לשחק - אחריות לשתף אחרים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לא פתחתי את התיק של חבר כי זו הזכות שלו לפרטיות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מגיע לי, אחריות - אני עושה בשביל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מהדף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שלכולם יהיה טוב ושוויוני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פתוחה על זכויות שהילדים מכירים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זכויות. עם כל זכות יש גם דבר שאנחנו צריכים לעשות בשביל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אַחְרָיוּת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שאני צריך/ה לעשות כדי שגם לאחרים יהיה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כָּבוֹד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יפה לכל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פְּרָטִיּוּת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שהם רק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בִּטָּחוֹן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להרגיש בטוח ושקט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לְשַׁתֵּף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גם לאחרים להשתתף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האחריות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כדי לקיים את הזכות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להקשיב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לזרוק אשפה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לפתוח תיק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כדי לשמור על 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לשטוף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לכבד 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כדי לשמור על סביבה נקייה?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להקשיב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לזרוק אשפה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לשתף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לכבד 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כדי לכבד פרטיות של 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לפתוח תיק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לשטוף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להקשיב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כדי שכולם יוכלו לשחק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אחרים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לכבד 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לשטוף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להביע 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זכות יש אחריות שהולכת איתה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לי זכות לשחק, אני לא צריך לשתף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לכבוד אומרת שרק אני צריך לקבל כבוד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על סביבה נקייה היא לזרוק אשפה לפח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לפרטיות אומרת שמותר לפתוח תיק של 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לזכות ל__________ יש אחריות להקשיב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לזכות ל__________ יש אחריות לשטוף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לזכות לסביבה נקייה יש אחריות לזרוק __________ לפח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לזכות לשחק יש אחריות ל__________ אחרים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לזכות לפרטיות יש אחריות לא ל__________ תיק של 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לזכות לכבוד יש אחריות ל__________ כל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זְכוּת לְהַבִּיעַ דֵּעָה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אַחְרָיוּת לִזְרֹק אַשְׁפָּה לַפַּח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זְכוּת לְבִטָּחוֹן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אַחְרָיוּת לְהַקְשִׁיב בַּשִּׁעוּר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זְכוּת לִסְבִיבָה נְקִיָּה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אַחְרָיוּת לִשְׁטֹף יָדַיִם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זְכוּת לִלְמֹד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אַחְרָיוּת לְהַקְשִׁיב גַּם לַאֲחֵרִים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זְכוּת לִבְרִיאוּת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אַחְרָיוּת לֹא לִפְתֹּחַ תִּיק שֶׁל חָבֵר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זְכוּת לְכָבוֹד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אַחְרָיוּת לֹא לִפְגֹּעַ בַּאֲחֵרִים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7. זְכוּת לִפְרָטִיּוּת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ז. אַחְרָיוּת לְשַׁתֵּף אֲחֵרִים בַּמִּשְׂחָק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8. זְכוּת לְשַׂחֵק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ח. אַחְרָיוּת לְכַבֵּד כָּל יֶלֶד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זכות אחת שחשובה לכם ואחריות שמתאימה 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למצב שבו שמרתם על אחריות כלפי חבר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ולאחריות שמתאימה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לשמור גם על האחריות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