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זְכוּת יש אַחְרָיוּת שהולכת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ואחריות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האחריות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להקשיב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לשטוף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לזרוק אשפה לפח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בדף - זכות ואחריות הולכות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לזכות לשחק יש אחריות לשתף אחרים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(אַחְרָיוּת לְהַקְשִׁיב גַּם לַאֲחֵרִים)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(אַחְרָיוּת לֹא לִפְגֹּעַ בַּאֲחֵרִים)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(אַחְרָיוּת לִזְרֹק אַשְׁפָּה לַפַּח)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(אַחְרָיוּת לְהַקְשִׁיב בַּשִּׁעוּר)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זכות לשחק - אחריות לשתף אחרים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מגיע לי, אחריות - אני עושה בשביל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מהדף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שלכולם יהיה טוב ושוויוני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פתוחה על זכויות שהילדים מכירים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ילד וילדה יש זכויות, אבל יחד עם כל זכות יש גם אחריות - משהו שאנחנו עושים כדי שגם לאחרים יהיה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בריאות  ·  אשפה  ·  ללמוד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האחריות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אחריות מתאימה לזכות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להקשיב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לזרוק אשפה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אחריות מתאימה לזכות 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לשטוף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לכבד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אחריות מתאימה לזכות לסביבה נקייה?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להקשיב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לזרוק אשפה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לשתף במשחק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זכות יש אחריות שהולכת איתה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לי זכות לשחק, אני לא צריך לשתף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לזכות ל__________ יש אחריות להקשיב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לזכות ל__________ יש אחריות לשטוף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לזכות לסביבה נקייה יש אחריות לזרוק __________ לפח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זְכוּת לְהַבִּיעַ דֵּעָה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אַחְרָיוּת לְהַקְשִׁיב בַּשִּׁעוּר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זְכוּת לְבִטָּחוֹן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אַחְרָיוּת לִזְרֹק אַשְׁפָּה לַפַּח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זְכוּת לִסְבִיבָה נְקִיָּה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אַחְרָיוּת לֹא לִפְגֹּעַ בַּאֲחֵרִים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זְכוּת לִלְמֹד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אַחְרָיוּת לְהַקְשִׁיב גַּם לַאֲחֵרִים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זכות אחת שחשובה לכם ואחריות שמתאימה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לזכות ולאחריות שמתאימה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